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 ולענות על שאלות לגביו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בכיתה 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כדורסל ומוזיקה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ילדה שלומדת בבית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כשמישהו עוזר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שהוא עולה חדש מרוסיה.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שהוא לומד בכיתה 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בעברית יש צורת זכר ונקבה למילים רבות.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בסוף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(מישהי שאוהבים ומבלים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(מישהו שהגיע לגור בישראל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(האופן שבו אנשים מדברים, למשל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מיכאל.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מדברים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חמישה משפטים ברורים הכוללים את כל חמשת הפרטים, בדומה למבנה הטקסט על מיכאל.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שם וארץ נכונים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וברור, רצוי עם מילה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לחזור אחרי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לתרגול שאלות ותשובות בעל פה על בסיס המשימה האחרונה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מדלגים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נפגוש את מיכאל, עולה חדש מרוסיה, ונלמד מילים חשובות להיכרות ולשלום. נתרגל הבנת הנקרא, השלמת משפטים וכתיבה על 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מיכאל עולה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שלוש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ארבע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כיתה לומד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 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בכיתה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מיכאל אוהב?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ובישול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שחייה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כדורסל ומוזיקה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 וקריאה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'תלמידה'?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שלומדת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אומרים 'תודה'?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כשפוגשים מישהו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כשמישהו עוזר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לבקש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כשנפרדים מחבר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הוא עולה חדש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לומד בכיתה 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למילה 'חבר' יש גם צורת נקבה 'חברה'.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אוהב כדורסל ומוזיקה.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שלום, __________ לי מיכאל.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בן שלוש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עולה חדש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לומד ב__________ ז.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האופן שבו אנשים מדברים, למשל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מישהי שאוהבים ומבלים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מישהו שהגיע לגור בישראל ממדינה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מדברים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על עצמכם: שם, גיל, ארץ, כיתה, תחביב.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השם שלכם ומאיפה 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כשפוגשים מישהו בפעם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תחביב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