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יסוד להיכרות ושלום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עולה חדש ולענות על שאלות לגביו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 היכרות 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מרוסיה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בן שלוש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בכיתה 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כדורסל ומוזיקה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ילדה שלומדת בבית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כשמישהו עוזר 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שהוא עולה חדש מרוסיה.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כתוב שהוא לומד בכיתה ז.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בעברית יש צורת זכר ונקבה למילים רבות.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בסוף הטקסט.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מרוסיה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(מילה שאומרים כשפוגשים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(ילד שלומד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(מישהי שאוהבים ומבלים איתה)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(מישהו שהגיע לגור בישראל ממדינה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(האופן שבו אנשים מדברים, למשל עברית)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מיכאל.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מדברים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חמישה משפטים ברורים הכוללים את כל חמשת הפרטים, בדומה למבנה הטקסט על מיכאל.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 כתב שם וארץ נכונים ובמשפט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קצר וברור, רצוי עם מילה מאוצר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ולבקש מהתלמידים לחזור אחרי כל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לזוגות לתרגול שאלות ותשובות בעל פה על בסיס המשימה האחרונה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החינוך המיוחד מדלגים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על מיכאל, ילד חדש בישראל. נלמד מילים של שלום והיכרות. נכתוב משפטים קטנים עלינו.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שאומרים כשפוגשים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קוראים לבן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תלמיד / תלמידה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או ילדה שלומדים בבית 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 / חברה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שאוהבים ומבלים איתו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אנשים גרים, כמו ישראל או רוסיה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עולה חדש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שהגיע לגור בישראל ממדינה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האופן שבו אנשים מדברים, למשל עברית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מאיזו ארץ מיכאל הגיע?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הגיל של מיכאל?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בן שתים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בן שלוש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בן ארבע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בן חמש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כיתה מיכאל?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בכיתה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בכיתה 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בכיתה 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בכיתה 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הדברים שמיכאל אוהב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ציור ובישול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שחייה וריקוד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כדורסל ומוזיקה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כדורגל וקריאה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תלמידה?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ילדה שלומדת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חברה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עולה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משתמשים במילה תודה?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כשפוגשים מישהו בפעם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כשמישהו עוזר 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כשרוצים לבקש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כשנפרדים מחבר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מיכאל הוא עולה חדש מרוסיה.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מיכאל לומד בכיתה 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למילה 'חבר' יש גם צורת נקבה 'חברה'.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מיכאל אוהב כדורסל ומוזיקה.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שלום, __________ לי מיכאל.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בן שלוש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אני עולה חדש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לומד ב__________ ז.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מישהו שהגיע לגור בישראל ממדינה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מילה שאומרים כשפוגשים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האופן שבו אנשים מדברים, למשל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עולה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מישהי שאוהבים ומבלים איתה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ילד שלומד בבית 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מיכאל.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שלום,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מדברים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חמישה משפטים על עצמכם: שם, גיל, ארץ, כיתה, תחביב.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עם השם שלכם ומאיפה אתם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אומרים כשפוגשים מישהו בפעם הראשונה?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על תחביב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היכרות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