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יסוד להיכרות ושלום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עולה חדש ולענות על שאלות לגביו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 היכרות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מרוסיה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בן שלוש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בכיתה 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שהוא עולה חדש מרוסיה.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כתוב שהוא לומד בכיתה ז.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(מילה שאומרים כשפוגשים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(ילד שלומד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(מישהי שאוהבים ומבלים איתה)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מדברים וכותבים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כתב שם וארץ נכונים ובמשפט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קצר וברור, רצוי עם מילה מאוצר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ולבקש מהתלמידים לחזור אחרי כל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לזוגות לתרגול שאלות ותשובות בעל פה על בסיס המשימה האחרונה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החינוך המיוחד מדלגים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נפגוש את מיכאל, עולה חדש מרוסיה, ונלמד מילים חשובות להיכרות ולשלום. נתרגל הבנת הנקרא, השלמת משפטים וכתיבה על עצמנו.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כיתה  ·  קוראים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מאיזו ארץ מיכאל עולה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בן כמה מיכאל?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בן שתים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בן שלוש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בן ארבע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באיזו כיתה לומד מיכאל?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בכיתה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בכיתה 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בכיתה 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מיכאל הוא עולה חדש מרוסיה.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מיכאל לומד בכיתה 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שלום, __________ לי מיכאל.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אני לומד ב__________ ז.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מישהי שאוהבים ומבלים איתה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מילה שאומרים כשפוגשים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ילד שלומד בבית 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שלום,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מדברים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עם השם שלכם ומאיפה אתם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אומרים כשפוגשים מישהו בפעם הראשונה?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